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43A39E" w14:textId="77777777" w:rsidR="001B5AC4" w:rsidRDefault="001B5AC4">
      <w:pPr>
        <w:spacing w:after="60"/>
        <w:rPr>
          <w:color w:val="075D76"/>
          <w:sz w:val="16"/>
        </w:rPr>
      </w:pPr>
    </w:p>
    <w:p w14:paraId="57F71CF0" w14:textId="77777777" w:rsidR="001B5AC4" w:rsidRDefault="001B5AC4">
      <w:pPr>
        <w:spacing w:after="6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25"/>
      </w:tblGrid>
      <w:tr w:rsidR="00257FC6" w:rsidRPr="00992F82" w14:paraId="36CB2C3E" w14:textId="77777777">
        <w:trPr>
          <w:jc w:val="center"/>
        </w:trPr>
        <w:tc>
          <w:tcPr>
            <w:tcW w:w="10325" w:type="dxa"/>
            <w:shd w:val="clear" w:color="auto" w:fill="075D76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010289" w14:textId="77777777" w:rsidR="00257FC6" w:rsidRPr="00992F82" w:rsidRDefault="00000000">
            <w:pPr>
              <w:spacing w:after="0"/>
              <w:rPr>
                <w:sz w:val="24"/>
                <w:szCs w:val="24"/>
              </w:rPr>
            </w:pPr>
            <w:r w:rsidRPr="00992F82">
              <w:rPr>
                <w:b/>
                <w:color w:val="FFFFFF"/>
                <w:sz w:val="24"/>
                <w:szCs w:val="24"/>
              </w:rPr>
              <w:t>1  CHOOSE YOUR MEMBERSHIP TYPE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9648"/>
      </w:tblGrid>
      <w:tr w:rsidR="00257FC6" w:rsidRPr="00992F82" w14:paraId="71BE9C8D" w14:textId="77777777">
        <w:trPr>
          <w:jc w:val="center"/>
        </w:trPr>
        <w:tc>
          <w:tcPr>
            <w:tcW w:w="648" w:type="dxa"/>
            <w:tcBorders>
              <w:top w:val="single" w:sz="3" w:space="0" w:color="C9E0E7"/>
              <w:left w:val="single" w:sz="3" w:space="0" w:color="C9E0E7"/>
              <w:bottom w:val="single" w:sz="3" w:space="0" w:color="C9E0E7"/>
              <w:right w:val="single" w:sz="3" w:space="0" w:color="C9E0E7"/>
            </w:tcBorders>
            <w:shd w:val="clear" w:color="auto" w:fill="EAF3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6D24B6" w14:textId="4FC343B0" w:rsidR="00257FC6" w:rsidRPr="00992F82" w:rsidRDefault="00000000">
            <w:pPr>
              <w:spacing w:after="0"/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full_membership"/>
                <w:tag w:val="full_membership"/>
                <w:id w:val="138907536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="0091057E">
                  <w:rPr>
                    <w:rFonts w:ascii="Segoe UI Symbol" w:hAnsi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648" w:type="dxa"/>
            <w:tcBorders>
              <w:top w:val="single" w:sz="3" w:space="0" w:color="C9E0E7"/>
              <w:left w:val="single" w:sz="3" w:space="0" w:color="C9E0E7"/>
              <w:bottom w:val="single" w:sz="3" w:space="0" w:color="C9E0E7"/>
              <w:right w:val="single" w:sz="3" w:space="0" w:color="C9E0E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2619F6" w14:textId="095930B4" w:rsidR="00257FC6" w:rsidRPr="00992F82" w:rsidRDefault="00000000">
            <w:pPr>
              <w:spacing w:after="0"/>
              <w:rPr>
                <w:sz w:val="24"/>
                <w:szCs w:val="24"/>
              </w:rPr>
            </w:pPr>
            <w:r w:rsidRPr="00992F82">
              <w:rPr>
                <w:b/>
                <w:color w:val="075D76"/>
                <w:sz w:val="24"/>
                <w:szCs w:val="24"/>
              </w:rPr>
              <w:t xml:space="preserve">Full membership: </w:t>
            </w:r>
            <w:r w:rsidRPr="00992F82">
              <w:rPr>
                <w:sz w:val="24"/>
                <w:szCs w:val="24"/>
              </w:rPr>
              <w:t>for orthopedic foot &amp; ankle surgeons working or residing in Belgium: €120/year</w:t>
            </w:r>
          </w:p>
        </w:tc>
      </w:tr>
      <w:tr w:rsidR="00257FC6" w:rsidRPr="00992F82" w14:paraId="388E1F6B" w14:textId="77777777">
        <w:trPr>
          <w:jc w:val="center"/>
        </w:trPr>
        <w:tc>
          <w:tcPr>
            <w:tcW w:w="648" w:type="dxa"/>
            <w:tcBorders>
              <w:top w:val="single" w:sz="3" w:space="0" w:color="C9E0E7"/>
              <w:left w:val="single" w:sz="3" w:space="0" w:color="C9E0E7"/>
              <w:bottom w:val="single" w:sz="3" w:space="0" w:color="C9E0E7"/>
              <w:right w:val="single" w:sz="3" w:space="0" w:color="C9E0E7"/>
            </w:tcBorders>
            <w:shd w:val="clear" w:color="auto" w:fill="EAF3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88B12E" w14:textId="77777777" w:rsidR="00257FC6" w:rsidRPr="00992F82" w:rsidRDefault="00000000">
            <w:pPr>
              <w:spacing w:after="0"/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junior_membership"/>
                <w:tag w:val="junior_membership"/>
                <w:id w:val="88653050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Pr="00992F82">
                  <w:rPr>
                    <w:rFonts w:ascii="Segoe UI Symbol" w:hAnsi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648" w:type="dxa"/>
            <w:tcBorders>
              <w:top w:val="single" w:sz="3" w:space="0" w:color="C9E0E7"/>
              <w:left w:val="single" w:sz="3" w:space="0" w:color="C9E0E7"/>
              <w:bottom w:val="single" w:sz="3" w:space="0" w:color="C9E0E7"/>
              <w:right w:val="single" w:sz="3" w:space="0" w:color="C9E0E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01F12C" w14:textId="3DAE1406" w:rsidR="00257FC6" w:rsidRPr="00992F82" w:rsidRDefault="00000000">
            <w:pPr>
              <w:spacing w:after="0"/>
              <w:rPr>
                <w:sz w:val="24"/>
                <w:szCs w:val="24"/>
              </w:rPr>
            </w:pPr>
            <w:r w:rsidRPr="00992F82">
              <w:rPr>
                <w:b/>
                <w:color w:val="075D76"/>
                <w:sz w:val="24"/>
                <w:szCs w:val="24"/>
              </w:rPr>
              <w:t xml:space="preserve">Junior membership: </w:t>
            </w:r>
            <w:r w:rsidRPr="00992F82">
              <w:rPr>
                <w:sz w:val="24"/>
                <w:szCs w:val="24"/>
              </w:rPr>
              <w:t>for orthopedic trainees/fellows with an interest in foot &amp; ankle surgery: €70/year</w:t>
            </w:r>
          </w:p>
        </w:tc>
      </w:tr>
      <w:tr w:rsidR="00257FC6" w:rsidRPr="00992F82" w14:paraId="432A29B5" w14:textId="77777777">
        <w:trPr>
          <w:jc w:val="center"/>
        </w:trPr>
        <w:tc>
          <w:tcPr>
            <w:tcW w:w="648" w:type="dxa"/>
            <w:tcBorders>
              <w:top w:val="single" w:sz="3" w:space="0" w:color="C9E0E7"/>
              <w:left w:val="single" w:sz="3" w:space="0" w:color="C9E0E7"/>
              <w:bottom w:val="single" w:sz="3" w:space="0" w:color="C9E0E7"/>
              <w:right w:val="single" w:sz="3" w:space="0" w:color="C9E0E7"/>
            </w:tcBorders>
            <w:shd w:val="clear" w:color="auto" w:fill="EAF3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581E38" w14:textId="77777777" w:rsidR="00257FC6" w:rsidRPr="00992F82" w:rsidRDefault="00000000">
            <w:pPr>
              <w:spacing w:after="0"/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complementary_membership"/>
                <w:tag w:val="complementary_membership"/>
                <w:id w:val="-179543802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Pr="00992F82">
                  <w:rPr>
                    <w:rFonts w:ascii="Segoe UI Symbol" w:hAnsi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648" w:type="dxa"/>
            <w:tcBorders>
              <w:top w:val="single" w:sz="3" w:space="0" w:color="C9E0E7"/>
              <w:left w:val="single" w:sz="3" w:space="0" w:color="C9E0E7"/>
              <w:bottom w:val="single" w:sz="3" w:space="0" w:color="C9E0E7"/>
              <w:right w:val="single" w:sz="3" w:space="0" w:color="C9E0E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8C15B9" w14:textId="31672F4B" w:rsidR="00257FC6" w:rsidRPr="00992F82" w:rsidRDefault="00000000">
            <w:pPr>
              <w:spacing w:after="0"/>
              <w:rPr>
                <w:sz w:val="24"/>
                <w:szCs w:val="24"/>
              </w:rPr>
            </w:pPr>
            <w:r w:rsidRPr="00992F82">
              <w:rPr>
                <w:b/>
                <w:color w:val="075D76"/>
                <w:sz w:val="24"/>
                <w:szCs w:val="24"/>
              </w:rPr>
              <w:t xml:space="preserve">Complementary membership: </w:t>
            </w:r>
            <w:r w:rsidRPr="00992F82">
              <w:rPr>
                <w:sz w:val="24"/>
                <w:szCs w:val="24"/>
              </w:rPr>
              <w:t>A reduced-fee membership for professionals who are already full members of another EFAS-affiliated national society: €70/year</w:t>
            </w:r>
          </w:p>
        </w:tc>
      </w:tr>
      <w:tr w:rsidR="00257FC6" w:rsidRPr="00992F82" w14:paraId="4D6A63DA" w14:textId="77777777">
        <w:trPr>
          <w:jc w:val="center"/>
        </w:trPr>
        <w:tc>
          <w:tcPr>
            <w:tcW w:w="648" w:type="dxa"/>
            <w:tcBorders>
              <w:top w:val="single" w:sz="3" w:space="0" w:color="C9E0E7"/>
              <w:left w:val="single" w:sz="3" w:space="0" w:color="C9E0E7"/>
              <w:bottom w:val="single" w:sz="3" w:space="0" w:color="C9E0E7"/>
              <w:right w:val="single" w:sz="3" w:space="0" w:color="C9E0E7"/>
            </w:tcBorders>
            <w:shd w:val="clear" w:color="auto" w:fill="EAF3F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8ED3E1" w14:textId="37EE0852" w:rsidR="00257FC6" w:rsidRPr="00992F82" w:rsidRDefault="00000000">
            <w:pPr>
              <w:spacing w:after="0"/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associate_membership"/>
                <w:tag w:val="associate_membership"/>
                <w:id w:val="-53866799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="000F1373">
                  <w:rPr>
                    <w:rFonts w:ascii="Segoe UI Symbol" w:hAnsi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648" w:type="dxa"/>
            <w:tcBorders>
              <w:top w:val="single" w:sz="3" w:space="0" w:color="C9E0E7"/>
              <w:left w:val="single" w:sz="3" w:space="0" w:color="C9E0E7"/>
              <w:bottom w:val="single" w:sz="3" w:space="0" w:color="C9E0E7"/>
              <w:right w:val="single" w:sz="3" w:space="0" w:color="C9E0E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633162" w14:textId="77777777" w:rsidR="00257FC6" w:rsidRPr="00992F82" w:rsidRDefault="00000000">
            <w:pPr>
              <w:spacing w:after="0"/>
              <w:rPr>
                <w:sz w:val="24"/>
                <w:szCs w:val="24"/>
              </w:rPr>
            </w:pPr>
            <w:r w:rsidRPr="00992F82">
              <w:rPr>
                <w:b/>
                <w:color w:val="075D76"/>
                <w:sz w:val="24"/>
                <w:szCs w:val="24"/>
              </w:rPr>
              <w:t xml:space="preserve">Associate membership: </w:t>
            </w:r>
            <w:r w:rsidRPr="00992F82">
              <w:rPr>
                <w:sz w:val="24"/>
                <w:szCs w:val="24"/>
              </w:rPr>
              <w:t>for medical doctors with an interest in foot &amp; ankle surgery: €120/year</w:t>
            </w:r>
          </w:p>
        </w:tc>
      </w:tr>
      <w:tr w:rsidR="009241CC" w:rsidRPr="00992F82" w14:paraId="3A51B366" w14:textId="77777777" w:rsidTr="00E90E97">
        <w:trPr>
          <w:jc w:val="center"/>
        </w:trPr>
        <w:tc>
          <w:tcPr>
            <w:tcW w:w="10296" w:type="dxa"/>
            <w:gridSpan w:val="2"/>
            <w:tcBorders>
              <w:top w:val="single" w:sz="3" w:space="0" w:color="C9E0E7"/>
              <w:left w:val="single" w:sz="3" w:space="0" w:color="C9E0E7"/>
              <w:bottom w:val="single" w:sz="3" w:space="0" w:color="C9E0E7"/>
              <w:right w:val="single" w:sz="3" w:space="0" w:color="C9E0E7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5497D6" w14:textId="77777777" w:rsidR="009241CC" w:rsidRPr="00992F82" w:rsidRDefault="009241CC">
            <w:pPr>
              <w:spacing w:after="0"/>
              <w:rPr>
                <w:b/>
                <w:color w:val="075D76"/>
                <w:sz w:val="24"/>
                <w:szCs w:val="24"/>
              </w:rPr>
            </w:pP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25"/>
      </w:tblGrid>
      <w:tr w:rsidR="002F3CFE" w:rsidRPr="00992F82" w14:paraId="62E8AE43" w14:textId="77777777" w:rsidTr="005B1BC9">
        <w:trPr>
          <w:jc w:val="center"/>
        </w:trPr>
        <w:tc>
          <w:tcPr>
            <w:tcW w:w="10325" w:type="dxa"/>
            <w:shd w:val="clear" w:color="auto" w:fill="075D76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CD9562" w14:textId="245017EB" w:rsidR="002F3CFE" w:rsidRPr="00992F82" w:rsidRDefault="002F3CFE" w:rsidP="005B1BC9">
            <w:pPr>
              <w:spacing w:after="0"/>
              <w:rPr>
                <w:b/>
                <w:bCs/>
                <w:sz w:val="24"/>
                <w:szCs w:val="24"/>
              </w:rPr>
            </w:pPr>
            <w:r w:rsidRPr="00992F82">
              <w:rPr>
                <w:b/>
                <w:bCs/>
                <w:color w:val="FFFFFF" w:themeColor="background1"/>
                <w:sz w:val="24"/>
                <w:szCs w:val="24"/>
              </w:rPr>
              <w:t>2 YOU’LL NEED: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464"/>
        <w:gridCol w:w="5832"/>
      </w:tblGrid>
      <w:tr w:rsidR="00257FC6" w:rsidRPr="00992F82" w14:paraId="5E02EF13" w14:textId="77777777">
        <w:trPr>
          <w:jc w:val="center"/>
        </w:trPr>
        <w:tc>
          <w:tcPr>
            <w:tcW w:w="4464" w:type="dxa"/>
            <w:tcBorders>
              <w:top w:val="single" w:sz="3" w:space="0" w:color="C9E0E7"/>
              <w:left w:val="single" w:sz="3" w:space="0" w:color="C9E0E7"/>
              <w:bottom w:val="single" w:sz="3" w:space="0" w:color="C9E0E7"/>
              <w:right w:val="single" w:sz="3" w:space="0" w:color="C9E0E7"/>
            </w:tcBorders>
            <w:shd w:val="clear" w:color="auto" w:fill="EAF3F6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EAEE306" w14:textId="77777777" w:rsidR="00257FC6" w:rsidRPr="00992F82" w:rsidRDefault="00000000">
            <w:pPr>
              <w:spacing w:after="0"/>
              <w:rPr>
                <w:sz w:val="24"/>
                <w:szCs w:val="24"/>
              </w:rPr>
            </w:pPr>
            <w:r w:rsidRPr="00992F82">
              <w:rPr>
                <w:b/>
                <w:sz w:val="24"/>
                <w:szCs w:val="24"/>
              </w:rPr>
              <w:t>First and last name</w:t>
            </w:r>
          </w:p>
        </w:tc>
        <w:tc>
          <w:tcPr>
            <w:tcW w:w="5832" w:type="dxa"/>
            <w:tcBorders>
              <w:top w:val="single" w:sz="3" w:space="0" w:color="C9E0E7"/>
              <w:left w:val="single" w:sz="3" w:space="0" w:color="C9E0E7"/>
              <w:bottom w:val="single" w:sz="3" w:space="0" w:color="C9E0E7"/>
              <w:right w:val="single" w:sz="3" w:space="0" w:color="C9E0E7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648481A" w14:textId="16CF5C8F" w:rsidR="00257FC6" w:rsidRPr="00992F82" w:rsidRDefault="00000000">
            <w:pPr>
              <w:spacing w:after="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First_and_last_name"/>
                <w:tag w:val="First_and_last_name"/>
                <w:id w:val="1376962632"/>
                <w:showingPlcHdr/>
              </w:sdtPr>
              <w:sdtContent>
                <w:r w:rsidR="00C26917">
                  <w:rPr>
                    <w:sz w:val="24"/>
                    <w:szCs w:val="24"/>
                  </w:rPr>
                  <w:t xml:space="preserve">     </w:t>
                </w:r>
              </w:sdtContent>
            </w:sdt>
          </w:p>
        </w:tc>
      </w:tr>
      <w:tr w:rsidR="00257FC6" w:rsidRPr="00992F82" w14:paraId="55185D1D" w14:textId="77777777">
        <w:trPr>
          <w:jc w:val="center"/>
        </w:trPr>
        <w:tc>
          <w:tcPr>
            <w:tcW w:w="4464" w:type="dxa"/>
            <w:tcBorders>
              <w:top w:val="single" w:sz="3" w:space="0" w:color="C9E0E7"/>
              <w:left w:val="single" w:sz="3" w:space="0" w:color="C9E0E7"/>
              <w:bottom w:val="single" w:sz="3" w:space="0" w:color="C9E0E7"/>
              <w:right w:val="single" w:sz="3" w:space="0" w:color="C9E0E7"/>
            </w:tcBorders>
            <w:shd w:val="clear" w:color="auto" w:fill="EAF3F6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19A9FBE" w14:textId="77777777" w:rsidR="00257FC6" w:rsidRPr="00992F82" w:rsidRDefault="00000000">
            <w:pPr>
              <w:spacing w:after="0"/>
              <w:rPr>
                <w:sz w:val="24"/>
                <w:szCs w:val="24"/>
              </w:rPr>
            </w:pPr>
            <w:r w:rsidRPr="00992F82">
              <w:rPr>
                <w:b/>
                <w:sz w:val="24"/>
                <w:szCs w:val="24"/>
              </w:rPr>
              <w:t>Date of birth</w:t>
            </w:r>
          </w:p>
        </w:tc>
        <w:tc>
          <w:tcPr>
            <w:tcW w:w="5832" w:type="dxa"/>
            <w:tcBorders>
              <w:top w:val="single" w:sz="3" w:space="0" w:color="C9E0E7"/>
              <w:left w:val="single" w:sz="3" w:space="0" w:color="C9E0E7"/>
              <w:bottom w:val="single" w:sz="3" w:space="0" w:color="C9E0E7"/>
              <w:right w:val="single" w:sz="3" w:space="0" w:color="C9E0E7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3EF0ED2" w14:textId="7A483230" w:rsidR="00257FC6" w:rsidRPr="00992F82" w:rsidRDefault="00000000">
            <w:pPr>
              <w:spacing w:after="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Date of birth"/>
                <w:tag w:val="date_of_birth"/>
                <w:id w:val="-594781522"/>
                <w:showingPlcHdr/>
                <w:date>
                  <w:dateFormat w:val="d/MM/yyyy"/>
                  <w:lid w:val="nl-BE"/>
                  <w:storeMappedDataAs w:val="dateTime"/>
                  <w:calendar w:val="gregorian"/>
                </w:date>
              </w:sdtPr>
              <w:sdtContent>
                <w:r w:rsidR="00C26917">
                  <w:rPr>
                    <w:sz w:val="24"/>
                    <w:szCs w:val="24"/>
                  </w:rPr>
                  <w:t xml:space="preserve">     </w:t>
                </w:r>
              </w:sdtContent>
            </w:sdt>
          </w:p>
        </w:tc>
      </w:tr>
      <w:tr w:rsidR="00257FC6" w:rsidRPr="00992F82" w14:paraId="0B61FE71" w14:textId="77777777">
        <w:trPr>
          <w:jc w:val="center"/>
        </w:trPr>
        <w:tc>
          <w:tcPr>
            <w:tcW w:w="4464" w:type="dxa"/>
            <w:tcBorders>
              <w:top w:val="single" w:sz="3" w:space="0" w:color="C9E0E7"/>
              <w:left w:val="single" w:sz="3" w:space="0" w:color="C9E0E7"/>
              <w:bottom w:val="single" w:sz="3" w:space="0" w:color="C9E0E7"/>
              <w:right w:val="single" w:sz="3" w:space="0" w:color="C9E0E7"/>
            </w:tcBorders>
            <w:shd w:val="clear" w:color="auto" w:fill="EAF3F6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2B8FEAC" w14:textId="77777777" w:rsidR="00257FC6" w:rsidRPr="00992F82" w:rsidRDefault="00000000">
            <w:pPr>
              <w:spacing w:after="0"/>
              <w:rPr>
                <w:sz w:val="24"/>
                <w:szCs w:val="24"/>
              </w:rPr>
            </w:pPr>
            <w:r w:rsidRPr="00992F82">
              <w:rPr>
                <w:b/>
                <w:sz w:val="24"/>
                <w:szCs w:val="24"/>
              </w:rPr>
              <w:t>Home address</w:t>
            </w:r>
          </w:p>
        </w:tc>
        <w:tc>
          <w:tcPr>
            <w:tcW w:w="5832" w:type="dxa"/>
            <w:tcBorders>
              <w:top w:val="single" w:sz="3" w:space="0" w:color="C9E0E7"/>
              <w:left w:val="single" w:sz="3" w:space="0" w:color="C9E0E7"/>
              <w:bottom w:val="single" w:sz="3" w:space="0" w:color="C9E0E7"/>
              <w:right w:val="single" w:sz="3" w:space="0" w:color="C9E0E7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E0EDDDC" w14:textId="77777777" w:rsidR="00257FC6" w:rsidRPr="00992F82" w:rsidRDefault="00000000">
            <w:pPr>
              <w:spacing w:after="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Home_address"/>
                <w:tag w:val="Home_address"/>
                <w:id w:val="742298035"/>
                <w:showingPlcHdr/>
              </w:sdtPr>
              <w:sdtContent/>
            </w:sdt>
          </w:p>
        </w:tc>
      </w:tr>
      <w:tr w:rsidR="00257FC6" w:rsidRPr="00992F82" w14:paraId="080AACC4" w14:textId="77777777">
        <w:trPr>
          <w:jc w:val="center"/>
        </w:trPr>
        <w:tc>
          <w:tcPr>
            <w:tcW w:w="4464" w:type="dxa"/>
            <w:tcBorders>
              <w:top w:val="single" w:sz="3" w:space="0" w:color="C9E0E7"/>
              <w:left w:val="single" w:sz="3" w:space="0" w:color="C9E0E7"/>
              <w:bottom w:val="single" w:sz="3" w:space="0" w:color="C9E0E7"/>
              <w:right w:val="single" w:sz="3" w:space="0" w:color="C9E0E7"/>
            </w:tcBorders>
            <w:shd w:val="clear" w:color="auto" w:fill="EAF3F6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96AED66" w14:textId="77777777" w:rsidR="00257FC6" w:rsidRPr="00992F82" w:rsidRDefault="00000000">
            <w:pPr>
              <w:spacing w:after="0"/>
              <w:rPr>
                <w:sz w:val="24"/>
                <w:szCs w:val="24"/>
              </w:rPr>
            </w:pPr>
            <w:r w:rsidRPr="00992F82">
              <w:rPr>
                <w:b/>
                <w:sz w:val="24"/>
                <w:szCs w:val="24"/>
              </w:rPr>
              <w:t>Work address</w:t>
            </w:r>
          </w:p>
        </w:tc>
        <w:tc>
          <w:tcPr>
            <w:tcW w:w="5832" w:type="dxa"/>
            <w:tcBorders>
              <w:top w:val="single" w:sz="3" w:space="0" w:color="C9E0E7"/>
              <w:left w:val="single" w:sz="3" w:space="0" w:color="C9E0E7"/>
              <w:bottom w:val="single" w:sz="3" w:space="0" w:color="C9E0E7"/>
              <w:right w:val="single" w:sz="3" w:space="0" w:color="C9E0E7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6222C4F" w14:textId="77777777" w:rsidR="00257FC6" w:rsidRPr="00992F82" w:rsidRDefault="00000000">
            <w:pPr>
              <w:spacing w:after="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Work_address"/>
                <w:tag w:val="Work_address"/>
                <w:id w:val="-299689658"/>
                <w:showingPlcHdr/>
              </w:sdtPr>
              <w:sdtContent/>
            </w:sdt>
          </w:p>
        </w:tc>
      </w:tr>
      <w:tr w:rsidR="00257FC6" w:rsidRPr="00992F82" w14:paraId="0CD15AE8" w14:textId="77777777">
        <w:trPr>
          <w:jc w:val="center"/>
        </w:trPr>
        <w:tc>
          <w:tcPr>
            <w:tcW w:w="4464" w:type="dxa"/>
            <w:tcBorders>
              <w:top w:val="single" w:sz="3" w:space="0" w:color="C9E0E7"/>
              <w:left w:val="single" w:sz="3" w:space="0" w:color="C9E0E7"/>
              <w:bottom w:val="single" w:sz="3" w:space="0" w:color="C9E0E7"/>
              <w:right w:val="single" w:sz="3" w:space="0" w:color="C9E0E7"/>
            </w:tcBorders>
            <w:shd w:val="clear" w:color="auto" w:fill="EAF3F6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C929B6B" w14:textId="77777777" w:rsidR="00257FC6" w:rsidRPr="00992F82" w:rsidRDefault="00000000">
            <w:pPr>
              <w:spacing w:after="0"/>
              <w:rPr>
                <w:sz w:val="24"/>
                <w:szCs w:val="24"/>
              </w:rPr>
            </w:pPr>
            <w:r w:rsidRPr="00992F82">
              <w:rPr>
                <w:b/>
                <w:sz w:val="24"/>
                <w:szCs w:val="24"/>
              </w:rPr>
              <w:t>Email</w:t>
            </w:r>
          </w:p>
        </w:tc>
        <w:tc>
          <w:tcPr>
            <w:tcW w:w="5832" w:type="dxa"/>
            <w:tcBorders>
              <w:top w:val="single" w:sz="3" w:space="0" w:color="C9E0E7"/>
              <w:left w:val="single" w:sz="3" w:space="0" w:color="C9E0E7"/>
              <w:bottom w:val="single" w:sz="3" w:space="0" w:color="C9E0E7"/>
              <w:right w:val="single" w:sz="3" w:space="0" w:color="C9E0E7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F6124E6" w14:textId="77777777" w:rsidR="00257FC6" w:rsidRPr="00992F82" w:rsidRDefault="00000000">
            <w:pPr>
              <w:spacing w:after="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Email"/>
                <w:tag w:val="Email"/>
                <w:id w:val="-728073488"/>
                <w:showingPlcHdr/>
              </w:sdtPr>
              <w:sdtContent/>
            </w:sdt>
          </w:p>
        </w:tc>
      </w:tr>
      <w:tr w:rsidR="00257FC6" w:rsidRPr="00992F82" w14:paraId="2DFE4230" w14:textId="77777777">
        <w:trPr>
          <w:jc w:val="center"/>
        </w:trPr>
        <w:tc>
          <w:tcPr>
            <w:tcW w:w="4464" w:type="dxa"/>
            <w:tcBorders>
              <w:top w:val="single" w:sz="3" w:space="0" w:color="C9E0E7"/>
              <w:left w:val="single" w:sz="3" w:space="0" w:color="C9E0E7"/>
              <w:bottom w:val="single" w:sz="3" w:space="0" w:color="C9E0E7"/>
              <w:right w:val="single" w:sz="3" w:space="0" w:color="C9E0E7"/>
            </w:tcBorders>
            <w:shd w:val="clear" w:color="auto" w:fill="EAF3F6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6993778" w14:textId="77777777" w:rsidR="00257FC6" w:rsidRPr="00992F82" w:rsidRDefault="00000000">
            <w:pPr>
              <w:spacing w:after="0"/>
              <w:rPr>
                <w:sz w:val="24"/>
                <w:szCs w:val="24"/>
              </w:rPr>
            </w:pPr>
            <w:r w:rsidRPr="00992F82">
              <w:rPr>
                <w:b/>
                <w:sz w:val="24"/>
                <w:szCs w:val="24"/>
              </w:rPr>
              <w:t>Phone number</w:t>
            </w:r>
          </w:p>
        </w:tc>
        <w:tc>
          <w:tcPr>
            <w:tcW w:w="5832" w:type="dxa"/>
            <w:tcBorders>
              <w:top w:val="single" w:sz="3" w:space="0" w:color="C9E0E7"/>
              <w:left w:val="single" w:sz="3" w:space="0" w:color="C9E0E7"/>
              <w:bottom w:val="single" w:sz="3" w:space="0" w:color="C9E0E7"/>
              <w:right w:val="single" w:sz="3" w:space="0" w:color="C9E0E7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EF1D17B" w14:textId="1D960D94" w:rsidR="00257FC6" w:rsidRPr="00992F82" w:rsidRDefault="00000000">
            <w:pPr>
              <w:spacing w:after="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Phone_number"/>
                <w:tag w:val="Phone_number"/>
                <w:id w:val="-1592772533"/>
              </w:sdtPr>
              <w:sdtContent/>
            </w:sdt>
          </w:p>
        </w:tc>
      </w:tr>
      <w:tr w:rsidR="00257FC6" w:rsidRPr="00992F82" w14:paraId="68C7E97C" w14:textId="77777777">
        <w:trPr>
          <w:jc w:val="center"/>
        </w:trPr>
        <w:tc>
          <w:tcPr>
            <w:tcW w:w="4464" w:type="dxa"/>
            <w:tcBorders>
              <w:top w:val="single" w:sz="3" w:space="0" w:color="C9E0E7"/>
              <w:left w:val="single" w:sz="3" w:space="0" w:color="C9E0E7"/>
              <w:bottom w:val="single" w:sz="3" w:space="0" w:color="C9E0E7"/>
              <w:right w:val="single" w:sz="3" w:space="0" w:color="C9E0E7"/>
            </w:tcBorders>
            <w:shd w:val="clear" w:color="auto" w:fill="EAF3F6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E3DF180" w14:textId="77777777" w:rsidR="00257FC6" w:rsidRPr="00992F82" w:rsidRDefault="00000000">
            <w:pPr>
              <w:spacing w:after="0"/>
              <w:rPr>
                <w:sz w:val="24"/>
                <w:szCs w:val="24"/>
              </w:rPr>
            </w:pPr>
            <w:r w:rsidRPr="00992F82">
              <w:rPr>
                <w:b/>
                <w:sz w:val="24"/>
                <w:szCs w:val="24"/>
              </w:rPr>
              <w:t>RIZIV/INAMI number</w:t>
            </w:r>
          </w:p>
        </w:tc>
        <w:tc>
          <w:tcPr>
            <w:tcW w:w="5832" w:type="dxa"/>
            <w:tcBorders>
              <w:top w:val="single" w:sz="3" w:space="0" w:color="C9E0E7"/>
              <w:left w:val="single" w:sz="3" w:space="0" w:color="C9E0E7"/>
              <w:bottom w:val="single" w:sz="3" w:space="0" w:color="C9E0E7"/>
              <w:right w:val="single" w:sz="3" w:space="0" w:color="C9E0E7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966689B" w14:textId="77777777" w:rsidR="00257FC6" w:rsidRPr="00992F82" w:rsidRDefault="00000000">
            <w:pPr>
              <w:spacing w:after="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RIZIV/INAMI_number"/>
                <w:tag w:val="RIZIV/INAMI_number"/>
                <w:id w:val="-652682513"/>
                <w:showingPlcHdr/>
              </w:sdtPr>
              <w:sdtContent/>
            </w:sdt>
          </w:p>
        </w:tc>
      </w:tr>
      <w:tr w:rsidR="00257FC6" w:rsidRPr="00992F82" w14:paraId="7ABA6652" w14:textId="77777777">
        <w:trPr>
          <w:jc w:val="center"/>
        </w:trPr>
        <w:tc>
          <w:tcPr>
            <w:tcW w:w="4464" w:type="dxa"/>
            <w:tcBorders>
              <w:top w:val="single" w:sz="3" w:space="0" w:color="C9E0E7"/>
              <w:left w:val="single" w:sz="3" w:space="0" w:color="C9E0E7"/>
              <w:bottom w:val="single" w:sz="3" w:space="0" w:color="C9E0E7"/>
              <w:right w:val="single" w:sz="3" w:space="0" w:color="C9E0E7"/>
            </w:tcBorders>
            <w:shd w:val="clear" w:color="auto" w:fill="EAF3F6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8551888" w14:textId="77777777" w:rsidR="00257FC6" w:rsidRPr="00992F82" w:rsidRDefault="00000000">
            <w:pPr>
              <w:spacing w:after="0"/>
              <w:rPr>
                <w:sz w:val="24"/>
                <w:szCs w:val="24"/>
              </w:rPr>
            </w:pPr>
            <w:r w:rsidRPr="00992F82">
              <w:rPr>
                <w:b/>
                <w:sz w:val="24"/>
                <w:szCs w:val="24"/>
              </w:rPr>
              <w:t>Curriculum vitae</w:t>
            </w:r>
          </w:p>
        </w:tc>
        <w:tc>
          <w:tcPr>
            <w:tcW w:w="5832" w:type="dxa"/>
            <w:tcBorders>
              <w:top w:val="single" w:sz="3" w:space="0" w:color="C9E0E7"/>
              <w:left w:val="single" w:sz="3" w:space="0" w:color="C9E0E7"/>
              <w:bottom w:val="single" w:sz="3" w:space="0" w:color="C9E0E7"/>
              <w:right w:val="single" w:sz="3" w:space="0" w:color="C9E0E7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39AF51E" w14:textId="77777777" w:rsidR="00257FC6" w:rsidRPr="00992F82" w:rsidRDefault="00000000">
            <w:pPr>
              <w:spacing w:after="0"/>
              <w:rPr>
                <w:sz w:val="24"/>
                <w:szCs w:val="24"/>
              </w:rPr>
            </w:pPr>
            <w:r w:rsidRPr="00992F82">
              <w:rPr>
                <w:i/>
                <w:sz w:val="24"/>
                <w:szCs w:val="24"/>
              </w:rPr>
              <w:t>To be added to application mail</w:t>
            </w:r>
          </w:p>
        </w:tc>
      </w:tr>
      <w:tr w:rsidR="00257FC6" w:rsidRPr="00992F82" w14:paraId="4ECE0619" w14:textId="77777777">
        <w:trPr>
          <w:jc w:val="center"/>
        </w:trPr>
        <w:tc>
          <w:tcPr>
            <w:tcW w:w="4464" w:type="dxa"/>
            <w:tcBorders>
              <w:top w:val="single" w:sz="3" w:space="0" w:color="C9E0E7"/>
              <w:left w:val="single" w:sz="3" w:space="0" w:color="C9E0E7"/>
              <w:bottom w:val="single" w:sz="3" w:space="0" w:color="C9E0E7"/>
              <w:right w:val="single" w:sz="3" w:space="0" w:color="C9E0E7"/>
            </w:tcBorders>
            <w:shd w:val="clear" w:color="auto" w:fill="EAF3F6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BF4639B" w14:textId="77777777" w:rsidR="00257FC6" w:rsidRPr="00992F82" w:rsidRDefault="00000000">
            <w:pPr>
              <w:spacing w:after="0"/>
              <w:rPr>
                <w:sz w:val="24"/>
                <w:szCs w:val="24"/>
              </w:rPr>
            </w:pPr>
            <w:r w:rsidRPr="00992F82">
              <w:rPr>
                <w:b/>
                <w:sz w:val="24"/>
                <w:szCs w:val="24"/>
              </w:rPr>
              <w:t>For Full membership: Please provide the names of 2 BFAS members who can act as references</w:t>
            </w:r>
          </w:p>
        </w:tc>
        <w:tc>
          <w:tcPr>
            <w:tcW w:w="5832" w:type="dxa"/>
            <w:tcBorders>
              <w:top w:val="single" w:sz="3" w:space="0" w:color="C9E0E7"/>
              <w:left w:val="single" w:sz="3" w:space="0" w:color="C9E0E7"/>
              <w:bottom w:val="single" w:sz="3" w:space="0" w:color="C9E0E7"/>
              <w:right w:val="single" w:sz="3" w:space="0" w:color="C9E0E7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99E090D" w14:textId="77777777" w:rsidR="00257FC6" w:rsidRPr="00992F82" w:rsidRDefault="00000000">
            <w:pPr>
              <w:spacing w:after="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For_Full_membership:_Please_"/>
                <w:tag w:val="For_Full_membership:_Please_"/>
                <w:id w:val="1578399655"/>
                <w:showingPlcHdr/>
              </w:sdtPr>
              <w:sdtContent/>
            </w:sdt>
          </w:p>
        </w:tc>
      </w:tr>
      <w:tr w:rsidR="006800B1" w:rsidRPr="00992F82" w14:paraId="10EC091C" w14:textId="77777777" w:rsidTr="00E100A5">
        <w:trPr>
          <w:jc w:val="center"/>
        </w:trPr>
        <w:tc>
          <w:tcPr>
            <w:tcW w:w="10296" w:type="dxa"/>
            <w:gridSpan w:val="2"/>
            <w:tcBorders>
              <w:top w:val="single" w:sz="3" w:space="0" w:color="C9E0E7"/>
              <w:left w:val="single" w:sz="3" w:space="0" w:color="C9E0E7"/>
              <w:bottom w:val="single" w:sz="3" w:space="0" w:color="C9E0E7"/>
              <w:right w:val="single" w:sz="3" w:space="0" w:color="C9E0E7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EFD928C" w14:textId="77777777" w:rsidR="006800B1" w:rsidRPr="00992F82" w:rsidRDefault="006800B1">
            <w:pPr>
              <w:spacing w:after="0"/>
              <w:rPr>
                <w:sz w:val="24"/>
                <w:szCs w:val="24"/>
              </w:rPr>
            </w:pP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25"/>
      </w:tblGrid>
      <w:tr w:rsidR="00257FC6" w:rsidRPr="00992F82" w14:paraId="632C339F" w14:textId="77777777">
        <w:trPr>
          <w:jc w:val="center"/>
        </w:trPr>
        <w:tc>
          <w:tcPr>
            <w:tcW w:w="10325" w:type="dxa"/>
            <w:shd w:val="clear" w:color="auto" w:fill="075D76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A3FCF6" w14:textId="0377B61D" w:rsidR="00257FC6" w:rsidRPr="00992F82" w:rsidRDefault="00000000">
            <w:pPr>
              <w:spacing w:after="0"/>
              <w:rPr>
                <w:sz w:val="24"/>
                <w:szCs w:val="24"/>
              </w:rPr>
            </w:pPr>
            <w:r w:rsidRPr="00992F82">
              <w:rPr>
                <w:b/>
                <w:color w:val="FFFFFF"/>
                <w:sz w:val="24"/>
                <w:szCs w:val="24"/>
              </w:rPr>
              <w:t>3 SUBMIT EFAS AFFILIATION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81"/>
      </w:tblGrid>
      <w:tr w:rsidR="001B5AC4" w:rsidRPr="00992F82" w14:paraId="40184B91" w14:textId="77777777" w:rsidTr="00AB5D4F">
        <w:trPr>
          <w:jc w:val="center"/>
        </w:trPr>
        <w:tc>
          <w:tcPr>
            <w:tcW w:w="10281" w:type="dxa"/>
            <w:tcBorders>
              <w:top w:val="single" w:sz="3" w:space="0" w:color="C9E0E7"/>
              <w:left w:val="single" w:sz="3" w:space="0" w:color="C9E0E7"/>
              <w:bottom w:val="single" w:sz="3" w:space="0" w:color="C9E0E7"/>
              <w:right w:val="single" w:sz="3" w:space="0" w:color="C9E0E7"/>
            </w:tcBorders>
            <w:shd w:val="clear" w:color="auto" w:fill="F4F8F9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53D69760" w14:textId="77777777" w:rsidR="001B5AC4" w:rsidRPr="00992F82" w:rsidRDefault="001B5AC4">
            <w:pPr>
              <w:spacing w:after="0" w:line="206" w:lineRule="auto"/>
              <w:rPr>
                <w:sz w:val="24"/>
                <w:szCs w:val="24"/>
              </w:rPr>
            </w:pPr>
            <w:r w:rsidRPr="00992F82">
              <w:rPr>
                <w:sz w:val="24"/>
                <w:szCs w:val="24"/>
              </w:rPr>
              <w:t xml:space="preserve">Submit the registration documents to </w:t>
            </w:r>
            <w:r w:rsidRPr="00992F82">
              <w:rPr>
                <w:b/>
                <w:bCs/>
                <w:sz w:val="24"/>
                <w:szCs w:val="24"/>
              </w:rPr>
              <w:t>office@bfas.be</w:t>
            </w:r>
            <w:r w:rsidRPr="00992F82">
              <w:rPr>
                <w:sz w:val="24"/>
                <w:szCs w:val="24"/>
              </w:rPr>
              <w:t>.</w:t>
            </w:r>
            <w:r w:rsidRPr="00992F82">
              <w:rPr>
                <w:sz w:val="24"/>
                <w:szCs w:val="24"/>
              </w:rPr>
              <w:br/>
              <w:t>After submission, you should receive a confirmation email.</w:t>
            </w:r>
          </w:p>
          <w:p w14:paraId="776D8871" w14:textId="4B6B64E2" w:rsidR="0097055C" w:rsidRPr="00992F82" w:rsidRDefault="0097055C">
            <w:pPr>
              <w:spacing w:after="0" w:line="206" w:lineRule="auto"/>
              <w:rPr>
                <w:sz w:val="24"/>
                <w:szCs w:val="24"/>
              </w:rPr>
            </w:pP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25"/>
      </w:tblGrid>
      <w:tr w:rsidR="00992F82" w:rsidRPr="00992F82" w14:paraId="08FF482D" w14:textId="77777777" w:rsidTr="005B1BC9">
        <w:trPr>
          <w:jc w:val="center"/>
        </w:trPr>
        <w:tc>
          <w:tcPr>
            <w:tcW w:w="10325" w:type="dxa"/>
            <w:shd w:val="clear" w:color="auto" w:fill="075D76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A870E0" w14:textId="105EEA52" w:rsidR="00992F82" w:rsidRPr="003A5651" w:rsidRDefault="00992F82" w:rsidP="005B1BC9">
            <w:pPr>
              <w:spacing w:after="0"/>
              <w:rPr>
                <w:sz w:val="24"/>
                <w:szCs w:val="24"/>
              </w:rPr>
            </w:pPr>
            <w:r w:rsidRPr="003A5651">
              <w:rPr>
                <w:b/>
                <w:color w:val="FFFFFF"/>
                <w:sz w:val="24"/>
                <w:szCs w:val="24"/>
              </w:rPr>
              <w:t xml:space="preserve">4 </w:t>
            </w:r>
            <w:r w:rsidR="003A5651">
              <w:rPr>
                <w:b/>
                <w:color w:val="FFFFFF"/>
                <w:sz w:val="24"/>
                <w:szCs w:val="24"/>
              </w:rPr>
              <w:t>REVIEW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81"/>
      </w:tblGrid>
      <w:tr w:rsidR="001B5AC4" w:rsidRPr="00992F82" w14:paraId="286E01EB" w14:textId="77777777" w:rsidTr="00FB619A">
        <w:trPr>
          <w:jc w:val="center"/>
        </w:trPr>
        <w:tc>
          <w:tcPr>
            <w:tcW w:w="10281" w:type="dxa"/>
            <w:tcBorders>
              <w:top w:val="single" w:sz="3" w:space="0" w:color="C9E0E7"/>
              <w:left w:val="single" w:sz="3" w:space="0" w:color="C9E0E7"/>
              <w:bottom w:val="single" w:sz="3" w:space="0" w:color="C9E0E7"/>
              <w:right w:val="single" w:sz="3" w:space="0" w:color="C9E0E7"/>
            </w:tcBorders>
            <w:shd w:val="clear" w:color="auto" w:fill="F4F8F9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16F927DB" w14:textId="77777777" w:rsidR="001B5AC4" w:rsidRPr="00992F82" w:rsidRDefault="001B5AC4">
            <w:pPr>
              <w:spacing w:after="40"/>
              <w:rPr>
                <w:sz w:val="24"/>
                <w:szCs w:val="24"/>
              </w:rPr>
            </w:pPr>
            <w:r w:rsidRPr="00992F82">
              <w:rPr>
                <w:sz w:val="24"/>
                <w:szCs w:val="24"/>
              </w:rPr>
              <w:t>Your application is reviewed and approved by the BFAS Council.</w:t>
            </w:r>
          </w:p>
          <w:p w14:paraId="67AE6538" w14:textId="6691E414" w:rsidR="0097055C" w:rsidRPr="00992F82" w:rsidRDefault="0097055C">
            <w:pPr>
              <w:spacing w:after="40"/>
              <w:rPr>
                <w:b/>
                <w:color w:val="075D76"/>
                <w:sz w:val="24"/>
                <w:szCs w:val="24"/>
              </w:rPr>
            </w:pP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25"/>
      </w:tblGrid>
      <w:tr w:rsidR="00992F82" w:rsidRPr="00992F82" w14:paraId="359CD769" w14:textId="77777777" w:rsidTr="005B1BC9">
        <w:trPr>
          <w:jc w:val="center"/>
        </w:trPr>
        <w:tc>
          <w:tcPr>
            <w:tcW w:w="10325" w:type="dxa"/>
            <w:shd w:val="clear" w:color="auto" w:fill="075D76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B2D4DD" w14:textId="02B4747F" w:rsidR="00992F82" w:rsidRPr="00992F82" w:rsidRDefault="00992F82" w:rsidP="005B1BC9">
            <w:pPr>
              <w:spacing w:after="0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992F82">
              <w:rPr>
                <w:b/>
                <w:bCs/>
                <w:color w:val="FFFFFF" w:themeColor="background1"/>
                <w:sz w:val="24"/>
                <w:szCs w:val="24"/>
              </w:rPr>
              <w:t>5 EFAS AFFILIATION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81"/>
      </w:tblGrid>
      <w:tr w:rsidR="001B5AC4" w:rsidRPr="00992F82" w14:paraId="67E4CFB5" w14:textId="77777777" w:rsidTr="002B23A1">
        <w:trPr>
          <w:jc w:val="center"/>
        </w:trPr>
        <w:tc>
          <w:tcPr>
            <w:tcW w:w="10281" w:type="dxa"/>
            <w:tcBorders>
              <w:top w:val="single" w:sz="3" w:space="0" w:color="C9E0E7"/>
              <w:left w:val="single" w:sz="3" w:space="0" w:color="C9E0E7"/>
              <w:bottom w:val="single" w:sz="3" w:space="0" w:color="C9E0E7"/>
              <w:right w:val="single" w:sz="3" w:space="0" w:color="C9E0E7"/>
            </w:tcBorders>
            <w:shd w:val="clear" w:color="auto" w:fill="F4F8F9"/>
            <w:tcMar>
              <w:top w:w="65" w:type="dxa"/>
              <w:left w:w="65" w:type="dxa"/>
              <w:bottom w:w="65" w:type="dxa"/>
              <w:right w:w="65" w:type="dxa"/>
            </w:tcMar>
          </w:tcPr>
          <w:p w14:paraId="6B81BB68" w14:textId="77777777" w:rsidR="001B5AC4" w:rsidRPr="00992F82" w:rsidRDefault="001B5AC4">
            <w:pPr>
              <w:spacing w:after="40"/>
              <w:rPr>
                <w:sz w:val="24"/>
                <w:szCs w:val="24"/>
              </w:rPr>
            </w:pPr>
            <w:r w:rsidRPr="00992F82">
              <w:rPr>
                <w:sz w:val="24"/>
                <w:szCs w:val="24"/>
              </w:rPr>
              <w:t>Once your BFAS membership is approved, the BFAS secretary reports your profile to EFAS. This activates your EFAS Affiliated National Society Membership, including the EFAS journal subscription.</w:t>
            </w:r>
          </w:p>
          <w:p w14:paraId="579E1DA9" w14:textId="50258FDF" w:rsidR="0097055C" w:rsidRPr="00992F82" w:rsidRDefault="0097055C">
            <w:pPr>
              <w:spacing w:after="40"/>
              <w:rPr>
                <w:b/>
                <w:color w:val="075D76"/>
                <w:sz w:val="24"/>
                <w:szCs w:val="24"/>
              </w:rPr>
            </w:pPr>
          </w:p>
        </w:tc>
      </w:tr>
    </w:tbl>
    <w:p w14:paraId="09B2C187" w14:textId="77777777" w:rsidR="0097055C" w:rsidRPr="00992F82" w:rsidRDefault="0097055C">
      <w:pPr>
        <w:spacing w:before="60" w:after="0"/>
        <w:rPr>
          <w:b/>
          <w:color w:val="075D76"/>
          <w:sz w:val="24"/>
          <w:szCs w:val="24"/>
        </w:rPr>
      </w:pPr>
    </w:p>
    <w:p w14:paraId="709D63D4" w14:textId="77777777" w:rsidR="0097055C" w:rsidRPr="00992F82" w:rsidRDefault="0097055C">
      <w:pPr>
        <w:spacing w:before="60" w:after="0"/>
        <w:rPr>
          <w:b/>
          <w:color w:val="075D76"/>
          <w:sz w:val="24"/>
          <w:szCs w:val="24"/>
        </w:rPr>
      </w:pPr>
    </w:p>
    <w:p w14:paraId="7F17BE88" w14:textId="29B71B41" w:rsidR="00257FC6" w:rsidRPr="00992F82" w:rsidRDefault="00000000">
      <w:pPr>
        <w:spacing w:before="60" w:after="0"/>
        <w:rPr>
          <w:sz w:val="24"/>
          <w:szCs w:val="24"/>
        </w:rPr>
      </w:pPr>
      <w:r w:rsidRPr="00992F82">
        <w:rPr>
          <w:b/>
          <w:color w:val="075D76"/>
          <w:sz w:val="24"/>
          <w:szCs w:val="24"/>
        </w:rPr>
        <w:t xml:space="preserve">Important distinction: </w:t>
      </w:r>
      <w:r w:rsidRPr="00992F82">
        <w:rPr>
          <w:sz w:val="24"/>
          <w:szCs w:val="24"/>
        </w:rPr>
        <w:t>Full members can be elected to the BFAS Council. Junior, Associate or Complementary members have the educational/social benefits but cannot vote or be elected to BFAS Council.</w:t>
      </w:r>
    </w:p>
    <w:sectPr w:rsidR="00257FC6" w:rsidRPr="00992F82" w:rsidSect="00034616">
      <w:headerReference w:type="default" r:id="rId8"/>
      <w:footerReference w:type="default" r:id="rId9"/>
      <w:pgSz w:w="11909" w:h="16834"/>
      <w:pgMar w:top="576" w:right="792" w:bottom="547" w:left="792" w:header="216" w:footer="17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413002E" w14:textId="77777777" w:rsidR="0096078A" w:rsidRDefault="0096078A">
      <w:pPr>
        <w:spacing w:after="0" w:line="240" w:lineRule="auto"/>
      </w:pPr>
      <w:r>
        <w:separator/>
      </w:r>
    </w:p>
  </w:endnote>
  <w:endnote w:type="continuationSeparator" w:id="0">
    <w:p w14:paraId="5A670DA4" w14:textId="77777777" w:rsidR="0096078A" w:rsidRDefault="009607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BEFDA3" w14:textId="77777777" w:rsidR="00257FC6" w:rsidRDefault="00000000">
    <w:pPr>
      <w:pStyle w:val="Voettekst"/>
      <w:jc w:val="center"/>
    </w:pPr>
    <w:r>
      <w:rPr>
        <w:i/>
        <w:sz w:val="13"/>
      </w:rPr>
      <w:t>BFAS Membership Application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6ED6ADE" w14:textId="77777777" w:rsidR="0096078A" w:rsidRDefault="0096078A">
      <w:pPr>
        <w:spacing w:after="0" w:line="240" w:lineRule="auto"/>
      </w:pPr>
      <w:r>
        <w:separator/>
      </w:r>
    </w:p>
  </w:footnote>
  <w:footnote w:type="continuationSeparator" w:id="0">
    <w:p w14:paraId="70AE30B3" w14:textId="77777777" w:rsidR="0096078A" w:rsidRDefault="009607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494A29" w14:textId="77777777" w:rsidR="00257FC6" w:rsidRDefault="00000000">
    <w:pPr>
      <w:pStyle w:val="Koptekst"/>
    </w:pPr>
    <w:r>
      <w:rPr>
        <w:noProof/>
      </w:rPr>
      <w:drawing>
        <wp:inline distT="0" distB="0" distL="0" distR="0" wp14:anchorId="5417BE94" wp14:editId="2DF72968">
          <wp:extent cx="1508760" cy="69711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32b26bd4-878c-4721-8f74-09585f64661c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08760" cy="6971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</w:t>
    </w:r>
    <w:r>
      <w:rPr>
        <w:b/>
        <w:color w:val="075D76"/>
        <w:sz w:val="30"/>
      </w:rPr>
      <w:t>MEMBERSHIP APPLICATION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7969709">
    <w:abstractNumId w:val="8"/>
  </w:num>
  <w:num w:numId="2" w16cid:durableId="473258441">
    <w:abstractNumId w:val="6"/>
  </w:num>
  <w:num w:numId="3" w16cid:durableId="2031029230">
    <w:abstractNumId w:val="5"/>
  </w:num>
  <w:num w:numId="4" w16cid:durableId="1311638947">
    <w:abstractNumId w:val="4"/>
  </w:num>
  <w:num w:numId="5" w16cid:durableId="1653828021">
    <w:abstractNumId w:val="7"/>
  </w:num>
  <w:num w:numId="6" w16cid:durableId="669140793">
    <w:abstractNumId w:val="3"/>
  </w:num>
  <w:num w:numId="7" w16cid:durableId="2058697308">
    <w:abstractNumId w:val="2"/>
  </w:num>
  <w:num w:numId="8" w16cid:durableId="1174151521">
    <w:abstractNumId w:val="1"/>
  </w:num>
  <w:num w:numId="9" w16cid:durableId="22433589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hideSpellingErrors/>
  <w:hideGrammaticalErrors/>
  <w:documentProtection w:edit="forms" w:enforcement="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472A"/>
    <w:rsid w:val="000F1373"/>
    <w:rsid w:val="0015074B"/>
    <w:rsid w:val="001B5AC4"/>
    <w:rsid w:val="00214BA1"/>
    <w:rsid w:val="00257FC6"/>
    <w:rsid w:val="00277485"/>
    <w:rsid w:val="0029639D"/>
    <w:rsid w:val="002F3CFE"/>
    <w:rsid w:val="00326F90"/>
    <w:rsid w:val="00380EAE"/>
    <w:rsid w:val="003A5651"/>
    <w:rsid w:val="00440F76"/>
    <w:rsid w:val="0050107E"/>
    <w:rsid w:val="00522270"/>
    <w:rsid w:val="006800B1"/>
    <w:rsid w:val="00790A63"/>
    <w:rsid w:val="007C13C1"/>
    <w:rsid w:val="00862491"/>
    <w:rsid w:val="008864EC"/>
    <w:rsid w:val="0091057E"/>
    <w:rsid w:val="009241CC"/>
    <w:rsid w:val="0096078A"/>
    <w:rsid w:val="0097055C"/>
    <w:rsid w:val="00992F82"/>
    <w:rsid w:val="00A829EE"/>
    <w:rsid w:val="00AA1D8D"/>
    <w:rsid w:val="00B47730"/>
    <w:rsid w:val="00B63638"/>
    <w:rsid w:val="00C26917"/>
    <w:rsid w:val="00CB0664"/>
    <w:rsid w:val="00CD06AD"/>
    <w:rsid w:val="00D67ABF"/>
    <w:rsid w:val="00E61C1B"/>
    <w:rsid w:val="00F65ADE"/>
    <w:rsid w:val="00F924DC"/>
    <w:rsid w:val="00FC693F"/>
    <w:rsid w:val="00FE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77E524"/>
  <w14:defaultImageDpi w14:val="300"/>
  <w15:docId w15:val="{6CE3746F-D13A-4E51-9385-63039BB73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F3CFE"/>
    <w:pPr>
      <w:spacing w:after="30" w:line="216" w:lineRule="auto"/>
    </w:pPr>
    <w:rPr>
      <w:rFonts w:ascii="Aptos" w:hAnsi="Aptos"/>
      <w:sz w:val="17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1211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Sander Wuite</cp:lastModifiedBy>
  <cp:revision>2</cp:revision>
  <dcterms:created xsi:type="dcterms:W3CDTF">2026-09-22T22:12:00Z</dcterms:created>
  <dcterms:modified xsi:type="dcterms:W3CDTF">2026-09-22T22:12:00Z</dcterms:modified>
  <cp:category/>
</cp:coreProperties>
</file>